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Safety Training Programs</w:t>
      </w:r>
    </w:p>
    <w:p/>
    <w:p>
      <w:r>
        <w:t>Basic Fire Safety Training</w:t>
      </w:r>
    </w:p>
    <w:p>
      <w:r>
        <w:t>- Fire prevention and extinguisher usage</w:t>
      </w:r>
    </w:p>
    <w:p>
      <w:r>
        <w:t>- Emergency response and evacuation</w:t>
      </w:r>
    </w:p>
    <w:p/>
    <w:p>
      <w:r>
        <w:t>General Safety Training</w:t>
      </w:r>
    </w:p>
    <w:p>
      <w:r>
        <w:t>- Workplace hazard awareness</w:t>
      </w:r>
    </w:p>
    <w:p>
      <w:r>
        <w:t>- PPE and safety practices</w:t>
      </w:r>
    </w:p>
    <w:p/>
    <w:p>
      <w:r>
        <w:t>CPR Training</w:t>
      </w:r>
    </w:p>
    <w:p>
      <w:r>
        <w:t>- Life-saving CPR techniques</w:t>
      </w:r>
    </w:p>
    <w:p>
      <w:r>
        <w:t>- AED usage and emergency response</w:t>
      </w:r>
    </w:p>
    <w:p/>
    <w:p>
      <w:r>
        <w:t>ERT Training</w:t>
      </w:r>
    </w:p>
    <w:p>
      <w:r>
        <w:t>- Emergency team coordination</w:t>
      </w:r>
    </w:p>
    <w:p>
      <w:r>
        <w:t>- Fire, medical &amp; evacuation handling</w:t>
      </w:r>
    </w:p>
    <w:p/>
    <w:p>
      <w:r>
        <w:t>Fire Evacuation Mock Drill</w:t>
      </w:r>
    </w:p>
    <w:p>
      <w:r>
        <w:t>- Real-time evacuation practice</w:t>
      </w:r>
    </w:p>
    <w:p>
      <w:r>
        <w:t>- Assembly and safety procedures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